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 w:val="0"/>
          <w:i w:val="0"/>
          <w:sz w:val="22"/>
        </w:rPr>
        <w:t>Наименование организации</w:t>
      </w:r>
    </w:p>
    <w:p>
      <w:pPr>
        <w:spacing w:after="280"/>
        <w:jc w:val="center"/>
      </w:pPr>
      <w:r>
        <w:rPr>
          <w:b w:val="0"/>
          <w:i/>
          <w:sz w:val="18"/>
        </w:rPr>
        <w:t>(полное или сокращённое, как в уставе)</w:t>
      </w:r>
    </w:p>
    <w:p>
      <w:pPr>
        <w:spacing w:after="40"/>
        <w:jc w:val="center"/>
      </w:pPr>
      <w:r>
        <w:rPr>
          <w:b/>
          <w:i w:val="0"/>
          <w:sz w:val="32"/>
        </w:rPr>
        <w:t>ПРОТОКОЛ</w:t>
      </w:r>
    </w:p>
    <w:p>
      <w:pPr>
        <w:spacing w:after="240"/>
        <w:jc w:val="center"/>
      </w:pPr>
      <w:r>
        <w:rPr>
          <w:b w:val="0"/>
          <w:i w:val="0"/>
          <w:sz w:val="24"/>
        </w:rPr>
        <w:t>общего собрания участников</w:t>
      </w:r>
    </w:p>
    <w:p>
      <w:pPr>
        <w:spacing w:after="80"/>
        <w:jc w:val="center"/>
      </w:pPr>
      <w:r>
        <w:rPr>
          <w:b w:val="0"/>
          <w:i w:val="0"/>
        </w:rPr>
        <w:t>«___» __________ 20___ г.                                        № ______</w:t>
      </w:r>
    </w:p>
    <w:p>
      <w:pPr>
        <w:spacing w:after="280"/>
        <w:jc w:val="center"/>
      </w:pPr>
      <w:r>
        <w:rPr>
          <w:b w:val="0"/>
          <w:i w:val="0"/>
        </w:rPr>
        <w:t>Место составления: _______________________________</w:t>
      </w:r>
    </w:p>
    <w:p>
      <w:pPr>
        <w:spacing w:after="80"/>
      </w:pPr>
      <w:r>
        <w:rPr>
          <w:b w:val="0"/>
          <w:i w:val="0"/>
        </w:rPr>
        <w:t>Вид собрания: очередное / внеочередное  (нужное оставить)</w:t>
      </w:r>
    </w:p>
    <w:p>
      <w:pPr>
        <w:spacing w:after="80"/>
      </w:pPr>
      <w:r>
        <w:rPr>
          <w:b w:val="0"/>
          <w:i w:val="0"/>
        </w:rPr>
        <w:t>Форма проведения: очная / заочная / очно-заочная</w:t>
      </w:r>
    </w:p>
    <w:p>
      <w:pPr>
        <w:spacing w:after="80"/>
      </w:pPr>
      <w:r>
        <w:rPr>
          <w:b w:val="0"/>
          <w:i w:val="0"/>
        </w:rPr>
        <w:t>Время начала: ____:____        Время окончания: ____:____</w:t>
      </w:r>
    </w:p>
    <w:p>
      <w:pPr>
        <w:spacing w:after="80"/>
      </w:pPr>
      <w:r>
        <w:rPr>
          <w:b w:val="0"/>
          <w:i w:val="0"/>
        </w:rPr>
        <w:t>Способ дистанционного участия (если использовался): ______________</w:t>
      </w:r>
    </w:p>
    <w:p>
      <w:pPr>
        <w:spacing w:after="200"/>
      </w:pPr>
      <w:r>
        <w:rPr>
          <w:b w:val="0"/>
          <w:i w:val="0"/>
        </w:rPr>
        <w:t>При заочном голосовании: документы принимались до «___» ________ 20___ г., способ отправки: ______________________</w:t>
      </w:r>
    </w:p>
    <w:p>
      <w:pPr>
        <w:spacing w:after="120"/>
      </w:pPr>
      <w:r>
        <w:rPr>
          <w:b/>
          <w:i w:val="0"/>
        </w:rPr>
        <w:t>СВЕДЕНИЯ ОБ УЧАСТНИКАХ: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</w:tcPr>
          <w:p>
            <w:r/>
            <w:r>
              <w:rPr>
                <w:b/>
                <w:sz w:val="22"/>
              </w:rPr>
              <w:t>№</w:t>
            </w:r>
          </w:p>
        </w:tc>
        <w:tc>
          <w:tcPr>
            <w:tcW w:type="dxa" w:w="4535"/>
          </w:tcPr>
          <w:p>
            <w:r/>
            <w:r>
              <w:rPr>
                <w:b/>
                <w:sz w:val="22"/>
              </w:rPr>
              <w:t>Ф. И. О. / наименование</w:t>
            </w:r>
          </w:p>
        </w:tc>
        <w:tc>
          <w:tcPr>
            <w:tcW w:type="dxa" w:w="1474"/>
          </w:tcPr>
          <w:p>
            <w:r/>
            <w:r>
              <w:rPr>
                <w:b/>
                <w:sz w:val="22"/>
              </w:rPr>
              <w:t>Доля, %</w:t>
            </w:r>
          </w:p>
        </w:tc>
        <w:tc>
          <w:tcPr>
            <w:tcW w:type="dxa" w:w="2665"/>
          </w:tcPr>
          <w:p>
            <w:r/>
            <w:r>
              <w:rPr>
                <w:b/>
                <w:sz w:val="22"/>
              </w:rPr>
              <w:t>Присутствие</w:t>
            </w:r>
          </w:p>
        </w:tc>
      </w:tr>
      <w:tr>
        <w:tc>
          <w:tcPr>
            <w:tcW w:type="dxa" w:w="680"/>
          </w:tcPr>
          <w:p>
            <w:r>
              <w:t>1</w:t>
            </w:r>
          </w:p>
        </w:tc>
        <w:tc>
          <w:tcPr>
            <w:tcW w:type="dxa" w:w="4535"/>
          </w:tcPr>
          <w:p/>
        </w:tc>
        <w:tc>
          <w:tcPr>
            <w:tcW w:type="dxa" w:w="1474"/>
          </w:tcPr>
          <w:p/>
        </w:tc>
        <w:tc>
          <w:tcPr>
            <w:tcW w:type="dxa" w:w="2665"/>
          </w:tcPr>
          <w:p/>
        </w:tc>
      </w:tr>
      <w:tr>
        <w:tc>
          <w:tcPr>
            <w:tcW w:type="dxa" w:w="680"/>
          </w:tcPr>
          <w:p>
            <w:r>
              <w:t>2</w:t>
            </w:r>
          </w:p>
        </w:tc>
        <w:tc>
          <w:tcPr>
            <w:tcW w:type="dxa" w:w="4535"/>
          </w:tcPr>
          <w:p/>
        </w:tc>
        <w:tc>
          <w:tcPr>
            <w:tcW w:type="dxa" w:w="1474"/>
          </w:tcPr>
          <w:p/>
        </w:tc>
        <w:tc>
          <w:tcPr>
            <w:tcW w:type="dxa" w:w="2665"/>
          </w:tcPr>
          <w:p/>
        </w:tc>
      </w:tr>
      <w:tr>
        <w:tc>
          <w:tcPr>
            <w:tcW w:type="dxa" w:w="680"/>
          </w:tcPr>
          <w:p>
            <w:r>
              <w:t>3</w:t>
            </w:r>
          </w:p>
        </w:tc>
        <w:tc>
          <w:tcPr>
            <w:tcW w:type="dxa" w:w="4535"/>
          </w:tcPr>
          <w:p/>
        </w:tc>
        <w:tc>
          <w:tcPr>
            <w:tcW w:type="dxa" w:w="1474"/>
          </w:tcPr>
          <w:p/>
        </w:tc>
        <w:tc>
          <w:tcPr>
            <w:tcW w:type="dxa" w:w="2665"/>
          </w:tcPr>
          <w:p/>
        </w:tc>
      </w:tr>
      <w:tr>
        <w:tc>
          <w:tcPr>
            <w:tcW w:type="dxa" w:w="680"/>
          </w:tcPr>
          <w:p>
            <w:r>
              <w:t>4</w:t>
            </w:r>
          </w:p>
        </w:tc>
        <w:tc>
          <w:tcPr>
            <w:tcW w:type="dxa" w:w="4535"/>
          </w:tcPr>
          <w:p/>
        </w:tc>
        <w:tc>
          <w:tcPr>
            <w:tcW w:type="dxa" w:w="1474"/>
          </w:tcPr>
          <w:p/>
        </w:tc>
        <w:tc>
          <w:tcPr>
            <w:tcW w:type="dxa" w:w="2665"/>
          </w:tcPr>
          <w:p/>
        </w:tc>
      </w:tr>
    </w:tbl>
    <w:p>
      <w:pPr>
        <w:spacing w:after="120"/>
      </w:pPr>
      <w:r>
        <w:rPr>
          <w:b w:val="0"/>
          <w:i w:val="0"/>
        </w:rPr>
      </w:r>
    </w:p>
    <w:p>
      <w:pPr>
        <w:spacing w:after="80"/>
      </w:pPr>
      <w:r>
        <w:rPr>
          <w:b w:val="0"/>
          <w:i w:val="0"/>
        </w:rPr>
        <w:t>Общее количество голосов, которыми обладали участники: ________.</w:t>
      </w:r>
    </w:p>
    <w:p>
      <w:pPr>
        <w:spacing w:after="80"/>
      </w:pPr>
      <w:r>
        <w:rPr>
          <w:b w:val="0"/>
          <w:i w:val="0"/>
        </w:rPr>
        <w:t>Количество голосов участников, участвовавших в заседании (заочном голосовании): ________ (____ %).</w:t>
      </w:r>
    </w:p>
    <w:p>
      <w:pPr>
        <w:spacing w:after="80"/>
      </w:pPr>
      <w:r>
        <w:rPr>
          <w:b w:val="0"/>
          <w:i w:val="0"/>
        </w:rPr>
        <w:t>Кворум имеется / отсутствует. Собрание правомочно принимать решения по вопросам повестки дня.</w:t>
      </w:r>
    </w:p>
    <w:p>
      <w:pPr>
        <w:spacing w:after="240"/>
      </w:pPr>
      <w:r>
        <w:rPr>
          <w:b w:val="0"/>
          <w:i w:val="0"/>
        </w:rPr>
        <w:t>Подсчёт голосов осуществляет: _______________________________</w:t>
      </w:r>
    </w:p>
    <w:p>
      <w:pPr>
        <w:spacing w:after="120"/>
      </w:pPr>
      <w:r>
        <w:rPr>
          <w:b/>
          <w:i w:val="0"/>
        </w:rPr>
        <w:t>ПОВЕСТКА ДНЯ:</w:t>
      </w:r>
    </w:p>
    <w:p>
      <w:pPr>
        <w:spacing w:after="80"/>
      </w:pPr>
      <w:r>
        <w:rPr>
          <w:b w:val="0"/>
          <w:i w:val="0"/>
        </w:rPr>
        <w:t>1. _________________________________________________</w:t>
      </w:r>
    </w:p>
    <w:p>
      <w:pPr>
        <w:spacing w:after="80"/>
      </w:pPr>
      <w:r>
        <w:rPr>
          <w:b w:val="0"/>
          <w:i w:val="0"/>
        </w:rPr>
        <w:t>2. _________________________________________________</w:t>
      </w:r>
    </w:p>
    <w:p>
      <w:pPr>
        <w:spacing w:after="80"/>
      </w:pPr>
      <w:r>
        <w:rPr>
          <w:b w:val="0"/>
          <w:i w:val="0"/>
        </w:rPr>
        <w:t>3. _________________________________________________</w:t>
      </w:r>
    </w:p>
    <w:p>
      <w:pPr>
        <w:spacing w:after="160"/>
      </w:pPr>
      <w:r>
        <w:rPr>
          <w:b w:val="0"/>
          <w:i w:val="0"/>
        </w:rPr>
      </w:r>
    </w:p>
    <w:p>
      <w:pPr>
        <w:spacing w:after="120"/>
      </w:pPr>
      <w:r>
        <w:rPr>
          <w:b/>
          <w:i w:val="0"/>
        </w:rPr>
        <w:t>ПО ВОПРОСУ № 1 ПОВЕСТКИ ДНЯ</w:t>
      </w:r>
    </w:p>
    <w:p>
      <w:pPr>
        <w:spacing w:after="80"/>
      </w:pPr>
      <w:r>
        <w:rPr>
          <w:b w:val="0"/>
          <w:i w:val="0"/>
        </w:rPr>
        <w:t>Количество голосов участников по данному вопросу: ________.</w:t>
      </w:r>
    </w:p>
    <w:p>
      <w:pPr>
        <w:spacing w:after="80"/>
      </w:pPr>
      <w:r>
        <w:rPr>
          <w:b w:val="0"/>
          <w:i w:val="0"/>
        </w:rPr>
        <w:t>СЛУШАЛИ: Ф. И. О. — основные положения выступления.</w:t>
      </w:r>
    </w:p>
    <w:p>
      <w:pPr>
        <w:spacing w:after="120"/>
      </w:pPr>
      <w:r>
        <w:rPr>
          <w:b w:val="0"/>
          <w:i w:val="0"/>
        </w:rPr>
        <w:t>ПРЕДЛОЖЕНО: формулировка решения, поставленного на голосование.</w:t>
      </w:r>
    </w:p>
    <w:p>
      <w:pPr>
        <w:spacing w:after="80"/>
      </w:pPr>
      <w:r>
        <w:rPr>
          <w:b/>
          <w:i w:val="0"/>
        </w:rPr>
        <w:t>ИТОГИ ГОЛОСОВАНИЯ: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1701"/>
          </w:tcPr>
          <w:p>
            <w:r/>
            <w:r>
              <w:rPr>
                <w:b/>
                <w:sz w:val="22"/>
              </w:rPr>
              <w:t>«За»</w:t>
            </w:r>
          </w:p>
        </w:tc>
        <w:tc>
          <w:tcPr>
            <w:tcW w:type="dxa" w:w="1701"/>
          </w:tcPr>
          <w:p>
            <w:r/>
            <w:r>
              <w:rPr>
                <w:b/>
                <w:sz w:val="22"/>
              </w:rPr>
              <w:t>«Против»</w:t>
            </w:r>
          </w:p>
        </w:tc>
        <w:tc>
          <w:tcPr>
            <w:tcW w:type="dxa" w:w="2268"/>
          </w:tcPr>
          <w:p>
            <w:r/>
            <w:r>
              <w:rPr>
                <w:b/>
                <w:sz w:val="22"/>
              </w:rPr>
              <w:t>«Воздержались»</w:t>
            </w:r>
          </w:p>
        </w:tc>
        <w:tc>
          <w:tcPr>
            <w:tcW w:type="dxa" w:w="3685"/>
          </w:tcPr>
          <w:p>
            <w:r/>
            <w:r>
              <w:rPr>
                <w:b/>
                <w:sz w:val="22"/>
              </w:rPr>
              <w:t>Решение</w:t>
            </w:r>
          </w:p>
        </w:tc>
      </w:tr>
      <w:tr>
        <w:tc>
          <w:tcPr>
            <w:tcW w:type="dxa" w:w="1701"/>
          </w:tcPr>
          <w:p>
            <w:r>
              <w:t>1</w:t>
            </w:r>
          </w:p>
        </w:tc>
        <w:tc>
          <w:tcPr>
            <w:tcW w:type="dxa" w:w="1701"/>
          </w:tcPr>
          <w:p/>
        </w:tc>
        <w:tc>
          <w:tcPr>
            <w:tcW w:type="dxa" w:w="2268"/>
          </w:tcPr>
          <w:p/>
        </w:tc>
        <w:tc>
          <w:tcPr>
            <w:tcW w:type="dxa" w:w="3685"/>
          </w:tcPr>
          <w:p/>
        </w:tc>
      </w:tr>
    </w:tbl>
    <w:p>
      <w:pPr>
        <w:spacing w:after="80"/>
      </w:pPr>
      <w:r>
        <w:rPr>
          <w:b w:val="0"/>
          <w:i w:val="0"/>
        </w:rPr>
      </w:r>
    </w:p>
    <w:p>
      <w:pPr>
        <w:spacing w:after="80"/>
      </w:pPr>
      <w:r>
        <w:rPr>
          <w:b w:val="0"/>
          <w:i w:val="0"/>
        </w:rPr>
        <w:t>Лица, голосовавшие против и потребовавшие внести запись в протокол: _________________</w:t>
      </w:r>
    </w:p>
    <w:p>
      <w:pPr>
        <w:spacing w:after="80"/>
      </w:pPr>
      <w:r>
        <w:rPr>
          <w:b w:val="0"/>
          <w:i w:val="0"/>
        </w:rPr>
        <w:t>Ход обсуждения (вносится по требованию участника): ________________</w:t>
      </w:r>
    </w:p>
    <w:p>
      <w:pPr>
        <w:spacing w:after="240"/>
      </w:pPr>
      <w:r>
        <w:rPr>
          <w:b w:val="0"/>
          <w:i w:val="0"/>
        </w:rPr>
        <w:t>РЕШИЛИ: ___________________________________________________</w:t>
      </w:r>
    </w:p>
    <w:p>
      <w:pPr>
        <w:spacing w:after="240"/>
      </w:pPr>
      <w:r>
        <w:rPr>
          <w:b w:val="0"/>
          <w:i/>
          <w:sz w:val="18"/>
        </w:rPr>
        <w:t>(блок «ПО ВОПРОСУ №» повторить для каждого вопроса повестки)</w:t>
      </w:r>
    </w:p>
    <w:p>
      <w:pPr>
        <w:spacing w:after="80"/>
      </w:pPr>
      <w:r>
        <w:rPr>
          <w:b/>
          <w:i w:val="0"/>
        </w:rPr>
        <w:t>СПОСОБ ПОДТВЕРЖДЕНИЯ ПРИНЯТИЯ РЕШЕНИЙ И СОСТАВА УЧАСТНИКОВ:</w:t>
      </w:r>
    </w:p>
    <w:p>
      <w:pPr>
        <w:spacing w:after="240"/>
      </w:pPr>
      <w:r>
        <w:rPr>
          <w:b w:val="0"/>
          <w:i w:val="0"/>
        </w:rPr>
        <w:t>нотариальное удостоверение / иной способ, предусмотренный уставом либо единогласным решением участников: _______________________</w:t>
      </w:r>
    </w:p>
    <w:p>
      <w:pPr>
        <w:spacing w:after="160"/>
      </w:pPr>
      <w:r>
        <w:rPr>
          <w:b w:val="0"/>
          <w:i/>
          <w:sz w:val="18"/>
        </w:rPr>
        <w:t>Протокол составлен «___» __________ 20___ г. (не позднее трёх рабочих дней после заседания — п. 1 ст. 38.2 Закона об ООО)</w:t>
      </w:r>
    </w:p>
    <w:p>
      <w:pPr>
        <w:spacing w:after="200"/>
      </w:pPr>
      <w:r>
        <w:rPr>
          <w:b w:val="0"/>
          <w:i w:val="0"/>
        </w:rPr>
      </w:r>
    </w:p>
    <w:p>
      <w:pPr>
        <w:spacing w:after="200"/>
      </w:pPr>
      <w:r>
        <w:rPr>
          <w:b w:val="0"/>
          <w:i w:val="0"/>
        </w:rPr>
        <w:t>Председательствующий на заседании  ______________  / _______________________ /</w:t>
      </w:r>
    </w:p>
    <w:p>
      <w:pPr>
        <w:spacing w:after="120"/>
      </w:pPr>
      <w:r>
        <w:rPr>
          <w:b w:val="0"/>
          <w:i/>
          <w:sz w:val="18"/>
        </w:rPr>
        <w:t>При заочном голосовании протокол подписывает лицо, осуществляющее функции единоличного исполнительного органа (директор):</w:t>
      </w:r>
    </w:p>
    <w:p>
      <w:pPr>
        <w:spacing w:after="200"/>
      </w:pPr>
      <w:r>
        <w:rPr>
          <w:b w:val="0"/>
          <w:i w:val="0"/>
        </w:rPr>
      </w:r>
    </w:p>
    <w:p>
      <w:pPr>
        <w:spacing w:after="200"/>
      </w:pPr>
      <w:r>
        <w:rPr>
          <w:b w:val="0"/>
          <w:i w:val="0"/>
        </w:rPr>
        <w:t>Директор  ______________  / _______________________ /</w:t>
      </w:r>
    </w:p>
    <w:p>
      <w:pPr>
        <w:spacing w:after="80"/>
      </w:pPr>
      <w:r>
        <w:rPr>
          <w:b w:val="0"/>
          <w:i w:val="0"/>
        </w:rPr>
        <w:t>Протокол вёл (секретарь): ______________ / _______________________ /</w:t>
      </w:r>
    </w:p>
    <w:p>
      <w:pPr>
        <w:spacing w:after="80"/>
      </w:pPr>
      <w:r>
        <w:rPr>
          <w:b w:val="0"/>
          <w:i/>
          <w:sz w:val="18"/>
        </w:rPr>
        <w:t>Копии протокола направлены участникам «___» __________ 20___ г. (в течение десяти дней после составления — п. 3 ст. 38.2 Закона об ООО)</w:t>
      </w:r>
    </w:p>
    <w:p>
      <w:pPr>
        <w:spacing w:after="280"/>
      </w:pPr>
      <w:r>
        <w:rPr>
          <w:b w:val="0"/>
          <w:i w:val="0"/>
        </w:rPr>
      </w:r>
    </w:p>
    <w:p>
      <w:pPr>
        <w:spacing w:after="0"/>
      </w:pPr>
      <w:r>
        <w:rPr>
          <w:b w:val="0"/>
          <w:i/>
          <w:sz w:val="18"/>
        </w:rPr>
        <w:t>Подсказка: протокол можно не набирать вручную — загрузите запись встречи на wonderscribe.pro, и текст с разделением по участникам соберётся сам, а AI-саммари предложит готовые формулировки решений.</w:t>
      </w:r>
    </w:p>
    <w:sectPr w:rsidR="00FC693F" w:rsidRPr="0006063C" w:rsidSect="00034616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