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 w:val="0"/>
          <w:i w:val="0"/>
          <w:sz w:val="22"/>
        </w:rPr>
        <w:t>Наименование организации</w:t>
      </w:r>
    </w:p>
    <w:p>
      <w:pPr>
        <w:spacing w:after="280"/>
        <w:jc w:val="center"/>
      </w:pPr>
      <w:r>
        <w:rPr>
          <w:b w:val="0"/>
          <w:i/>
          <w:sz w:val="18"/>
        </w:rPr>
        <w:t>(полное или сокращённое, как в уставе)</w:t>
      </w:r>
    </w:p>
    <w:p>
      <w:pPr>
        <w:spacing w:after="40"/>
        <w:jc w:val="center"/>
      </w:pPr>
      <w:r>
        <w:rPr>
          <w:b/>
          <w:i w:val="0"/>
          <w:sz w:val="32"/>
        </w:rPr>
        <w:t>ПРОТОКОЛ</w:t>
      </w:r>
    </w:p>
    <w:p>
      <w:pPr>
        <w:spacing w:after="240"/>
        <w:jc w:val="center"/>
      </w:pPr>
      <w:r>
        <w:rPr>
          <w:b w:val="0"/>
          <w:i w:val="0"/>
          <w:sz w:val="24"/>
        </w:rPr>
        <w:t>заседания ______________________________</w:t>
      </w:r>
    </w:p>
    <w:p>
      <w:pPr>
        <w:spacing w:after="80"/>
        <w:jc w:val="center"/>
      </w:pPr>
      <w:r>
        <w:rPr>
          <w:b w:val="0"/>
          <w:i w:val="0"/>
        </w:rPr>
        <w:t>«___» __________ 20___ г.                                        № ______</w:t>
      </w:r>
    </w:p>
    <w:p>
      <w:pPr>
        <w:spacing w:after="280"/>
        <w:jc w:val="center"/>
      </w:pPr>
      <w:r>
        <w:rPr>
          <w:b w:val="0"/>
          <w:i w:val="0"/>
        </w:rPr>
        <w:t>Место составления: _______________________________</w:t>
      </w:r>
    </w:p>
    <w:p>
      <w:pPr>
        <w:spacing w:after="200"/>
        <w:jc w:val="center"/>
      </w:pPr>
      <w:r>
        <w:rPr>
          <w:b w:val="0"/>
          <w:i/>
          <w:sz w:val="18"/>
        </w:rPr>
        <w:t>(наименование коллегиального органа: комиссии, совета, правления)</w:t>
      </w:r>
    </w:p>
    <w:p>
      <w:pPr>
        <w:spacing w:after="80"/>
      </w:pPr>
      <w:r>
        <w:rPr>
          <w:b w:val="0"/>
          <w:i w:val="0"/>
        </w:rPr>
        <w:t>Время проведения: с ____:____ до ____:____</w:t>
      </w:r>
    </w:p>
    <w:p>
      <w:pPr>
        <w:spacing w:after="80"/>
      </w:pPr>
      <w:r>
        <w:rPr>
          <w:b w:val="0"/>
          <w:i w:val="0"/>
        </w:rPr>
        <w:t>Форма проведения: заседание / заседание с дистанционным участием / заочное голосование  (нужное оставить)</w:t>
      </w:r>
    </w:p>
    <w:p>
      <w:pPr>
        <w:spacing w:after="80"/>
      </w:pPr>
      <w:r>
        <w:rPr>
          <w:b w:val="0"/>
          <w:i w:val="0"/>
        </w:rPr>
        <w:t>Способ дистанционного участия либо отметка о проведении без определения места: ______________________</w:t>
      </w:r>
    </w:p>
    <w:p>
      <w:pPr>
        <w:spacing w:after="160"/>
      </w:pPr>
      <w:r>
        <w:rPr>
          <w:b w:val="0"/>
          <w:i w:val="0"/>
        </w:rPr>
        <w:t>При заочном голосовании документы принимались до «___» __________ 20___ г.</w:t>
      </w:r>
    </w:p>
    <w:p>
      <w:pPr>
        <w:spacing w:after="80"/>
      </w:pPr>
      <w:r>
        <w:rPr>
          <w:b w:val="0"/>
          <w:i w:val="0"/>
        </w:rPr>
        <w:t>Председательствующий: _________________________________</w:t>
      </w:r>
    </w:p>
    <w:p>
      <w:pPr>
        <w:spacing w:after="80"/>
      </w:pPr>
      <w:r>
        <w:rPr>
          <w:b w:val="0"/>
          <w:i w:val="0"/>
        </w:rPr>
        <w:t>Секретарь: ____________________________________________</w:t>
      </w:r>
    </w:p>
    <w:p>
      <w:pPr>
        <w:spacing w:after="80"/>
      </w:pPr>
      <w:r>
        <w:rPr>
          <w:b w:val="0"/>
          <w:i w:val="0"/>
        </w:rPr>
        <w:t>Члены органа, присутствовавшие на заседании: ___________</w:t>
      </w:r>
    </w:p>
    <w:p>
      <w:pPr>
        <w:spacing w:after="80"/>
      </w:pPr>
      <w:r>
        <w:rPr>
          <w:b w:val="0"/>
          <w:i w:val="0"/>
        </w:rPr>
        <w:t>Отсутствовали (с указанием причины): __________________</w:t>
      </w:r>
    </w:p>
    <w:p>
      <w:pPr>
        <w:spacing w:after="160"/>
      </w:pPr>
      <w:r>
        <w:rPr>
          <w:b w:val="0"/>
          <w:i w:val="0"/>
        </w:rPr>
        <w:t>Приглашённые: _________________________________________</w:t>
      </w:r>
    </w:p>
    <w:p>
      <w:pPr>
        <w:spacing w:after="240"/>
      </w:pPr>
      <w:r>
        <w:rPr>
          <w:b w:val="0"/>
          <w:i w:val="0"/>
        </w:rPr>
        <w:t>Из ____ членов присутствует ____. Кворум имеется / отсутствует.</w:t>
      </w:r>
    </w:p>
    <w:p>
      <w:pPr>
        <w:spacing w:after="120"/>
      </w:pPr>
      <w:r>
        <w:rPr>
          <w:b/>
          <w:i w:val="0"/>
        </w:rPr>
        <w:t>ПОВЕСТКА ДНЯ:</w:t>
      </w:r>
    </w:p>
    <w:p>
      <w:pPr>
        <w:spacing w:after="80"/>
      </w:pPr>
      <w:r>
        <w:rPr>
          <w:b w:val="0"/>
          <w:i w:val="0"/>
        </w:rPr>
        <w:t>1. _________________________________________________</w:t>
      </w:r>
    </w:p>
    <w:p>
      <w:pPr>
        <w:spacing w:after="80"/>
      </w:pPr>
      <w:r>
        <w:rPr>
          <w:b w:val="0"/>
          <w:i w:val="0"/>
        </w:rPr>
        <w:t>2. _________________________________________________</w:t>
      </w:r>
    </w:p>
    <w:p>
      <w:pPr>
        <w:spacing w:after="80"/>
      </w:pPr>
      <w:r>
        <w:rPr>
          <w:b w:val="0"/>
          <w:i w:val="0"/>
        </w:rPr>
        <w:t>3. _________________________________________________</w:t>
      </w:r>
    </w:p>
    <w:p>
      <w:pPr>
        <w:spacing w:after="160"/>
      </w:pPr>
      <w:r>
        <w:rPr>
          <w:b w:val="0"/>
          <w:i w:val="0"/>
        </w:rPr>
      </w:r>
    </w:p>
    <w:p>
      <w:pPr>
        <w:spacing w:after="120"/>
      </w:pPr>
      <w:r>
        <w:rPr>
          <w:b/>
          <w:i w:val="0"/>
        </w:rPr>
        <w:t>ПО ВОПРОСУ № 1</w:t>
      </w:r>
    </w:p>
    <w:p>
      <w:pPr>
        <w:spacing w:after="80"/>
      </w:pPr>
      <w:r>
        <w:rPr>
          <w:b w:val="0"/>
          <w:i w:val="0"/>
        </w:rPr>
        <w:t>СЛУШАЛИ: Ф. И. О., должность — краткое изложение доклада.</w:t>
      </w:r>
    </w:p>
    <w:p>
      <w:pPr>
        <w:spacing w:after="120"/>
      </w:pPr>
      <w:r>
        <w:rPr>
          <w:b w:val="0"/>
          <w:i w:val="0"/>
        </w:rPr>
        <w:t>ВЫСТУПИЛИ: Ф. И. О. — замечания и предложения.</w:t>
      </w:r>
    </w:p>
    <w:p>
      <w:pPr>
        <w:spacing w:after="80"/>
      </w:pPr>
      <w:r>
        <w:rPr>
          <w:b w:val="0"/>
          <w:i w:val="0"/>
        </w:rPr>
        <w:t>ГОЛОСОВАЛИ: «за» ____, «против» ____, «воздержались» ____.</w:t>
      </w:r>
    </w:p>
    <w:p>
      <w:pPr>
        <w:spacing w:after="80"/>
      </w:pPr>
      <w:r>
        <w:rPr>
          <w:b/>
          <w:i w:val="0"/>
          <w:sz w:val="18"/>
        </w:rPr>
        <w:t>Поимённые итоги (обязательно для совета директоров ООО — подп. 4 п. 3.3 ст. 32 Закона об ООО):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969"/>
          </w:tcPr>
          <w:p>
            <w:r/>
            <w:r>
              <w:rPr>
                <w:b/>
                <w:sz w:val="22"/>
              </w:rPr>
              <w:t>Член органа</w:t>
            </w:r>
          </w:p>
        </w:tc>
        <w:tc>
          <w:tcPr>
            <w:tcW w:type="dxa" w:w="5386"/>
          </w:tcPr>
          <w:p>
            <w:r/>
            <w:r>
              <w:rPr>
                <w:b/>
                <w:sz w:val="22"/>
              </w:rPr>
              <w:t>«За» / «Против» / «Воздержался» / не голосовал</w:t>
            </w:r>
          </w:p>
        </w:tc>
      </w:tr>
      <w:tr>
        <w:tc>
          <w:tcPr>
            <w:tcW w:type="dxa" w:w="3969"/>
          </w:tcPr>
          <w:p>
            <w:r>
              <w:t>1</w:t>
            </w:r>
          </w:p>
        </w:tc>
        <w:tc>
          <w:tcPr>
            <w:tcW w:type="dxa" w:w="5386"/>
          </w:tcPr>
          <w:p/>
        </w:tc>
      </w:tr>
      <w:tr>
        <w:tc>
          <w:tcPr>
            <w:tcW w:type="dxa" w:w="3969"/>
          </w:tcPr>
          <w:p>
            <w:r>
              <w:t>2</w:t>
            </w:r>
          </w:p>
        </w:tc>
        <w:tc>
          <w:tcPr>
            <w:tcW w:type="dxa" w:w="5386"/>
          </w:tcPr>
          <w:p/>
        </w:tc>
      </w:tr>
      <w:tr>
        <w:tc>
          <w:tcPr>
            <w:tcW w:type="dxa" w:w="3969"/>
          </w:tcPr>
          <w:p>
            <w:r>
              <w:t>3</w:t>
            </w:r>
          </w:p>
        </w:tc>
        <w:tc>
          <w:tcPr>
            <w:tcW w:type="dxa" w:w="5386"/>
          </w:tcPr>
          <w:p/>
        </w:tc>
      </w:tr>
      <w:tr>
        <w:tc>
          <w:tcPr>
            <w:tcW w:type="dxa" w:w="3969"/>
          </w:tcPr>
          <w:p>
            <w:r>
              <w:t>4</w:t>
            </w:r>
          </w:p>
        </w:tc>
        <w:tc>
          <w:tcPr>
            <w:tcW w:type="dxa" w:w="5386"/>
          </w:tcPr>
          <w:p/>
        </w:tc>
      </w:tr>
    </w:tbl>
    <w:p>
      <w:pPr>
        <w:spacing w:after="80"/>
      </w:pPr>
      <w:r>
        <w:rPr>
          <w:b w:val="0"/>
          <w:i w:val="0"/>
        </w:rPr>
      </w:r>
    </w:p>
    <w:p>
      <w:pPr>
        <w:spacing w:after="160"/>
      </w:pPr>
      <w:r>
        <w:rPr>
          <w:b w:val="0"/>
          <w:i w:val="0"/>
        </w:rPr>
        <w:t>РЕШИЛИ: ___________________________________________________</w:t>
      </w:r>
    </w:p>
    <w:p>
      <w:pPr>
        <w:spacing w:after="200"/>
      </w:pPr>
      <w:r>
        <w:rPr>
          <w:b w:val="0"/>
          <w:i/>
          <w:sz w:val="18"/>
        </w:rPr>
        <w:t>(блок «ПО ВОПРОСУ №» повторить для каждого вопроса повестки)</w:t>
      </w:r>
    </w:p>
    <w:p>
      <w:pPr>
        <w:spacing w:after="80"/>
      </w:pPr>
      <w:r>
        <w:rPr>
          <w:b/>
          <w:i w:val="0"/>
        </w:rPr>
        <w:t>ВОПРОСЫ ПОВЕСТКИ ДНЯ, НЕ СТАВИВШИЕСЯ НА ГОЛОСОВАНИЕ:</w:t>
      </w:r>
    </w:p>
    <w:p>
      <w:pPr>
        <w:spacing w:after="240"/>
      </w:pPr>
      <w:r>
        <w:rPr>
          <w:b w:val="0"/>
          <w:i w:val="0"/>
        </w:rPr>
        <w:t>_________________________________________________________</w:t>
      </w:r>
    </w:p>
    <w:p>
      <w:pPr>
        <w:spacing w:after="120"/>
      </w:pPr>
      <w:r>
        <w:rPr>
          <w:b/>
          <w:i w:val="0"/>
        </w:rPr>
        <w:t>ПОРУЧЕНИЯ ПО ИТОГАМ ЗАСЕДАНИЯ: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93"/>
        <w:gridCol w:w="2493"/>
        <w:gridCol w:w="2493"/>
        <w:gridCol w:w="2493"/>
      </w:tblGrid>
      <w:tr>
        <w:tc>
          <w:tcPr>
            <w:tcW w:type="dxa" w:w="680"/>
          </w:tcPr>
          <w:p>
            <w:r/>
            <w:r>
              <w:rPr>
                <w:b/>
                <w:sz w:val="22"/>
              </w:rPr>
              <w:t>№</w:t>
            </w:r>
          </w:p>
        </w:tc>
        <w:tc>
          <w:tcPr>
            <w:tcW w:type="dxa" w:w="4819"/>
          </w:tcPr>
          <w:p>
            <w:r/>
            <w:r>
              <w:rPr>
                <w:b/>
                <w:sz w:val="22"/>
              </w:rPr>
              <w:t>Поручение</w:t>
            </w:r>
          </w:p>
        </w:tc>
        <w:tc>
          <w:tcPr>
            <w:tcW w:type="dxa" w:w="2268"/>
          </w:tcPr>
          <w:p>
            <w:r/>
            <w:r>
              <w:rPr>
                <w:b/>
                <w:sz w:val="22"/>
              </w:rPr>
              <w:t>Исполнитель</w:t>
            </w:r>
          </w:p>
        </w:tc>
        <w:tc>
          <w:tcPr>
            <w:tcW w:type="dxa" w:w="1587"/>
          </w:tcPr>
          <w:p>
            <w:r/>
            <w:r>
              <w:rPr>
                <w:b/>
                <w:sz w:val="22"/>
              </w:rPr>
              <w:t>Срок</w:t>
            </w:r>
          </w:p>
        </w:tc>
      </w:tr>
      <w:tr>
        <w:tc>
          <w:tcPr>
            <w:tcW w:type="dxa" w:w="680"/>
          </w:tcPr>
          <w:p>
            <w:r>
              <w:t>1</w:t>
            </w:r>
          </w:p>
        </w:tc>
        <w:tc>
          <w:tcPr>
            <w:tcW w:type="dxa" w:w="4819"/>
          </w:tcPr>
          <w:p/>
        </w:tc>
        <w:tc>
          <w:tcPr>
            <w:tcW w:type="dxa" w:w="2268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680"/>
          </w:tcPr>
          <w:p>
            <w:r>
              <w:t>2</w:t>
            </w:r>
          </w:p>
        </w:tc>
        <w:tc>
          <w:tcPr>
            <w:tcW w:type="dxa" w:w="4819"/>
          </w:tcPr>
          <w:p/>
        </w:tc>
        <w:tc>
          <w:tcPr>
            <w:tcW w:type="dxa" w:w="2268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680"/>
          </w:tcPr>
          <w:p>
            <w:r>
              <w:t>3</w:t>
            </w:r>
          </w:p>
        </w:tc>
        <w:tc>
          <w:tcPr>
            <w:tcW w:type="dxa" w:w="4819"/>
          </w:tcPr>
          <w:p/>
        </w:tc>
        <w:tc>
          <w:tcPr>
            <w:tcW w:type="dxa" w:w="2268"/>
          </w:tcPr>
          <w:p/>
        </w:tc>
        <w:tc>
          <w:tcPr>
            <w:tcW w:type="dxa" w:w="1587"/>
          </w:tcPr>
          <w:p/>
        </w:tc>
      </w:tr>
      <w:tr>
        <w:tc>
          <w:tcPr>
            <w:tcW w:type="dxa" w:w="680"/>
          </w:tcPr>
          <w:p>
            <w:r>
              <w:t>4</w:t>
            </w:r>
          </w:p>
        </w:tc>
        <w:tc>
          <w:tcPr>
            <w:tcW w:type="dxa" w:w="4819"/>
          </w:tcPr>
          <w:p/>
        </w:tc>
        <w:tc>
          <w:tcPr>
            <w:tcW w:type="dxa" w:w="2268"/>
          </w:tcPr>
          <w:p/>
        </w:tc>
        <w:tc>
          <w:tcPr>
            <w:tcW w:type="dxa" w:w="1587"/>
          </w:tcPr>
          <w:p/>
        </w:tc>
      </w:tr>
    </w:tbl>
    <w:p>
      <w:pPr>
        <w:spacing w:after="160"/>
      </w:pPr>
      <w:r>
        <w:rPr>
          <w:b w:val="0"/>
          <w:i/>
          <w:sz w:val="18"/>
        </w:rPr>
        <w:t>Протокол составлен «___» __________ 20___ г. (для совета директоров ООО — не позднее трёх дней после заседания, п. 3.2 ст. 32 Закона об ООО)</w:t>
      </w:r>
    </w:p>
    <w:p>
      <w:pPr>
        <w:spacing w:after="200"/>
      </w:pPr>
      <w:r>
        <w:rPr>
          <w:b w:val="0"/>
          <w:i w:val="0"/>
        </w:rPr>
      </w:r>
    </w:p>
    <w:p>
      <w:pPr>
        <w:spacing w:after="200"/>
      </w:pPr>
      <w:r>
        <w:rPr>
          <w:b w:val="0"/>
          <w:i w:val="0"/>
        </w:rPr>
        <w:t>Председательствующий  ______________  / _______________________ /</w:t>
      </w:r>
    </w:p>
    <w:p>
      <w:pPr>
        <w:spacing w:after="200"/>
      </w:pPr>
      <w:r>
        <w:rPr>
          <w:b w:val="0"/>
          <w:i w:val="0"/>
        </w:rPr>
        <w:t>Секретарь                   ______________  / _______________________ /</w:t>
      </w:r>
    </w:p>
    <w:p>
      <w:pPr>
        <w:spacing w:after="80"/>
      </w:pPr>
      <w:r>
        <w:rPr>
          <w:b w:val="0"/>
          <w:i/>
          <w:sz w:val="18"/>
        </w:rPr>
        <w:t>В совете директоров ООО протокол подписывает председатель совета директоров, а в его отсутствие — член совета, осуществляющий функции председателя; подписавший несёт ответственность за правильность составления протокола.</w:t>
      </w:r>
    </w:p>
    <w:p>
      <w:pPr>
        <w:spacing w:after="280"/>
      </w:pPr>
      <w:r>
        <w:rPr>
          <w:b w:val="0"/>
          <w:i w:val="0"/>
        </w:rPr>
      </w:r>
    </w:p>
    <w:p>
      <w:pPr>
        <w:spacing w:after="0"/>
      </w:pPr>
      <w:r>
        <w:rPr>
          <w:b w:val="0"/>
          <w:i/>
          <w:sz w:val="18"/>
        </w:rPr>
        <w:t>Подсказка: протокол можно не набирать вручную — загрузите запись встречи на wonderscribe.pro, и текст с разделением по участникам соберётся сам, а AI-саммари предложит готовые формулировки решений.</w:t>
      </w:r>
    </w:p>
    <w:sectPr w:rsidR="00FC693F" w:rsidRPr="0006063C" w:rsidSect="00034616">
      <w:pgSz w:w="12240" w:h="15840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